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E4A13" w14:textId="77777777" w:rsidR="000230CF" w:rsidRDefault="009D0420">
      <w:pPr>
        <w:jc w:val="center"/>
      </w:pPr>
      <w:r>
        <w:rPr>
          <w:b/>
          <w:sz w:val="26"/>
        </w:rPr>
        <w:t>CITY OF RICHLAND</w:t>
      </w:r>
      <w:r>
        <w:rPr>
          <w:b/>
          <w:sz w:val="26"/>
        </w:rPr>
        <w:br/>
        <w:t>SPECIAL CALLED CITY COUNCIL MEETING MINUTES</w:t>
      </w:r>
      <w:r>
        <w:rPr>
          <w:b/>
          <w:sz w:val="26"/>
        </w:rPr>
        <w:br/>
        <w:t>AUGUST 25, 2026</w:t>
      </w:r>
    </w:p>
    <w:p w14:paraId="71DC6FB9" w14:textId="77777777" w:rsidR="000230CF" w:rsidRDefault="009D0420">
      <w:pPr>
        <w:jc w:val="center"/>
      </w:pPr>
      <w:r>
        <w:t>103 W. Main St., Richland, Texas 76681</w:t>
      </w:r>
    </w:p>
    <w:p w14:paraId="30B70E95" w14:textId="77777777" w:rsidR="000230CF" w:rsidRDefault="009D0420">
      <w:pPr>
        <w:spacing w:before="120" w:after="40"/>
      </w:pPr>
      <w:r>
        <w:rPr>
          <w:b/>
        </w:rPr>
        <w:t>1. Call to Order</w:t>
      </w:r>
    </w:p>
    <w:p w14:paraId="79B74610" w14:textId="5846902C" w:rsidR="000230CF" w:rsidRDefault="009D0420">
      <w:pPr>
        <w:spacing w:after="120"/>
        <w:ind w:firstLine="360"/>
      </w:pPr>
      <w:r>
        <w:t xml:space="preserve">Mayor Jay Tidwell called the Special Called City Council Meeting to order at 4:30 p.m. </w:t>
      </w:r>
    </w:p>
    <w:p w14:paraId="0707CF26" w14:textId="77777777" w:rsidR="000230CF" w:rsidRDefault="009D0420">
      <w:pPr>
        <w:spacing w:before="120" w:after="40"/>
      </w:pPr>
      <w:r>
        <w:rPr>
          <w:b/>
        </w:rPr>
        <w:t>2. Invocation and Pledge of Allegiance</w:t>
      </w:r>
    </w:p>
    <w:p w14:paraId="51A297AE" w14:textId="77777777" w:rsidR="000230CF" w:rsidRDefault="009D0420">
      <w:pPr>
        <w:spacing w:after="120"/>
        <w:ind w:firstLine="360"/>
      </w:pPr>
      <w:r>
        <w:t>The invocation and Pledge of Allegiance were conducted.</w:t>
      </w:r>
    </w:p>
    <w:p w14:paraId="65A1D4DC" w14:textId="77777777" w:rsidR="000230CF" w:rsidRDefault="009D0420">
      <w:pPr>
        <w:spacing w:before="120" w:after="40"/>
      </w:pPr>
      <w:r>
        <w:rPr>
          <w:b/>
        </w:rPr>
        <w:t>3. Roll Call</w:t>
      </w:r>
    </w:p>
    <w:p w14:paraId="0C6FF649" w14:textId="1A0DCAE5" w:rsidR="000230CF" w:rsidRDefault="009D0420">
      <w:pPr>
        <w:spacing w:after="120"/>
        <w:ind w:firstLine="360"/>
      </w:pPr>
      <w:r>
        <w:t>Roll call was taken, with all members present.</w:t>
      </w:r>
      <w:r w:rsidR="003E3C5B">
        <w:t xml:space="preserve"> Caren Smith, James Hardin, Justin Blair, &amp; Mike Weempe</w:t>
      </w:r>
    </w:p>
    <w:p w14:paraId="3E47F362" w14:textId="77777777" w:rsidR="000230CF" w:rsidRDefault="009D0420">
      <w:pPr>
        <w:spacing w:before="120" w:after="40"/>
      </w:pPr>
      <w:r>
        <w:rPr>
          <w:b/>
        </w:rPr>
        <w:t>4. Public Comments</w:t>
      </w:r>
    </w:p>
    <w:p w14:paraId="6950DE86" w14:textId="77777777" w:rsidR="000230CF" w:rsidRDefault="009D0420">
      <w:pPr>
        <w:spacing w:after="120"/>
        <w:ind w:firstLine="360"/>
      </w:pPr>
      <w:r>
        <w:t xml:space="preserve">Claudia Hardin addressed the City Council regarding the issue of stray dogs within the City. The </w:t>
      </w:r>
      <w:proofErr w:type="gramStart"/>
      <w:r>
        <w:t>City</w:t>
      </w:r>
      <w:proofErr w:type="gramEnd"/>
      <w:r>
        <w:t xml:space="preserve"> will discuss options for setting traps and transporting captured stray dogs to the Corsicana Animal Shelter.</w:t>
      </w:r>
    </w:p>
    <w:p w14:paraId="5E75B868" w14:textId="77777777" w:rsidR="000230CF" w:rsidRDefault="009D0420">
      <w:pPr>
        <w:spacing w:before="120" w:after="40"/>
      </w:pPr>
      <w:r>
        <w:rPr>
          <w:b/>
        </w:rPr>
        <w:t>5. Discuss, Consider, and Take Possible Action to Appoint Deanna Blair to Fill the Vacant City Council Position for the Remainder of the Unexpired Term</w:t>
      </w:r>
    </w:p>
    <w:p w14:paraId="6530660A" w14:textId="399C3046" w:rsidR="000230CF" w:rsidRDefault="009D0420">
      <w:pPr>
        <w:spacing w:after="120"/>
        <w:ind w:firstLine="360"/>
      </w:pPr>
      <w:r>
        <w:t xml:space="preserve">Caren Smith made a motion to table the item to allow additional time to determine whether any other letters of interest are received from individuals wishing to serve on the City Council. James Hardin seconded the motion. Motion carried with </w:t>
      </w:r>
      <w:r w:rsidR="0063280B">
        <w:t>4</w:t>
      </w:r>
      <w:r>
        <w:t xml:space="preserve"> votes in favor and 0 opposed.</w:t>
      </w:r>
    </w:p>
    <w:p w14:paraId="0CC77BEE" w14:textId="77777777" w:rsidR="000230CF" w:rsidRDefault="009D0420">
      <w:pPr>
        <w:spacing w:before="120" w:after="40"/>
      </w:pPr>
      <w:r>
        <w:rPr>
          <w:b/>
        </w:rPr>
        <w:t>6. Discuss and Consider the Proposed Tax Rate for 2026</w:t>
      </w:r>
    </w:p>
    <w:p w14:paraId="5BEA1B52" w14:textId="0F4C6654" w:rsidR="000230CF" w:rsidRDefault="009D0420">
      <w:pPr>
        <w:spacing w:after="120"/>
        <w:ind w:firstLine="360"/>
      </w:pPr>
      <w:r>
        <w:t xml:space="preserve">Justin Blair made a motion to approve the proposed 2026 tax rate of $0.2102 and to place the item on </w:t>
      </w:r>
      <w:proofErr w:type="gramStart"/>
      <w:r>
        <w:t>the September</w:t>
      </w:r>
      <w:proofErr w:type="gramEnd"/>
      <w:r>
        <w:t xml:space="preserve"> 10, 2026, regularly scheduled City Council meeting agenda for formal adoption of the tax rate. Caren Smith seconded the motion. Motion carried with </w:t>
      </w:r>
      <w:r w:rsidR="0063280B">
        <w:t>4</w:t>
      </w:r>
      <w:r>
        <w:t xml:space="preserve"> votes in favor and 0 opposed.</w:t>
      </w:r>
    </w:p>
    <w:p w14:paraId="3F270C07" w14:textId="77777777" w:rsidR="000230CF" w:rsidRDefault="009D0420">
      <w:pPr>
        <w:spacing w:before="120" w:after="40"/>
      </w:pPr>
      <w:r>
        <w:rPr>
          <w:b/>
        </w:rPr>
        <w:t>7. Adjournment</w:t>
      </w:r>
    </w:p>
    <w:p w14:paraId="58055051" w14:textId="417422E5" w:rsidR="000230CF" w:rsidRDefault="009D0420">
      <w:pPr>
        <w:spacing w:after="120"/>
        <w:ind w:firstLine="360"/>
      </w:pPr>
      <w:r>
        <w:t xml:space="preserve">James Hardin made a motion to adjourn the meeting. Caren Smith seconded the motion. Motion carried with </w:t>
      </w:r>
      <w:r w:rsidR="0063280B">
        <w:t>4</w:t>
      </w:r>
      <w:r>
        <w:t xml:space="preserve"> votes in favor and 0 opposed. The meeting adjourned at 5:25 p.m.</w:t>
      </w:r>
    </w:p>
    <w:p w14:paraId="5EE72338" w14:textId="77777777" w:rsidR="000230CF" w:rsidRDefault="009D0420">
      <w:r>
        <w:br/>
      </w:r>
    </w:p>
    <w:tbl>
      <w:tblPr>
        <w:tblW w:w="0" w:type="auto"/>
        <w:tblLayout w:type="fixed"/>
        <w:tblLook w:val="04A0" w:firstRow="1" w:lastRow="0" w:firstColumn="1" w:lastColumn="0" w:noHBand="0" w:noVBand="1"/>
      </w:tblPr>
      <w:tblGrid>
        <w:gridCol w:w="4968"/>
        <w:gridCol w:w="4968"/>
      </w:tblGrid>
      <w:tr w:rsidR="000230CF" w14:paraId="18716957" w14:textId="77777777">
        <w:tc>
          <w:tcPr>
            <w:tcW w:w="4968" w:type="dxa"/>
          </w:tcPr>
          <w:p w14:paraId="643EF57B" w14:textId="77777777" w:rsidR="000230CF" w:rsidRDefault="009D0420">
            <w:pPr>
              <w:jc w:val="center"/>
            </w:pPr>
            <w:r>
              <w:t>________________________________</w:t>
            </w:r>
          </w:p>
        </w:tc>
        <w:tc>
          <w:tcPr>
            <w:tcW w:w="4968" w:type="dxa"/>
          </w:tcPr>
          <w:p w14:paraId="5E5C5D3A" w14:textId="77777777" w:rsidR="000230CF" w:rsidRDefault="009D0420">
            <w:pPr>
              <w:jc w:val="center"/>
            </w:pPr>
            <w:r>
              <w:t>________________________________</w:t>
            </w:r>
          </w:p>
        </w:tc>
      </w:tr>
      <w:tr w:rsidR="000230CF" w14:paraId="1E3E8125" w14:textId="77777777">
        <w:tc>
          <w:tcPr>
            <w:tcW w:w="4968" w:type="dxa"/>
          </w:tcPr>
          <w:p w14:paraId="51E2FE54" w14:textId="77777777" w:rsidR="000230CF" w:rsidRDefault="009D0420">
            <w:pPr>
              <w:jc w:val="center"/>
            </w:pPr>
            <w:r>
              <w:t>Jay Tidwell, Mayor</w:t>
            </w:r>
          </w:p>
        </w:tc>
        <w:tc>
          <w:tcPr>
            <w:tcW w:w="4968" w:type="dxa"/>
          </w:tcPr>
          <w:p w14:paraId="0C43C08C" w14:textId="77777777" w:rsidR="000230CF" w:rsidRDefault="009D0420">
            <w:pPr>
              <w:jc w:val="center"/>
            </w:pPr>
            <w:r>
              <w:t>Holli Bennett, City Secretary</w:t>
            </w:r>
          </w:p>
        </w:tc>
      </w:tr>
    </w:tbl>
    <w:p w14:paraId="5EED2A74" w14:textId="77777777" w:rsidR="009D0420" w:rsidRDefault="009D0420"/>
    <w:sectPr w:rsidR="009D0420" w:rsidSect="00034616">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86318508">
    <w:abstractNumId w:val="8"/>
  </w:num>
  <w:num w:numId="2" w16cid:durableId="232551725">
    <w:abstractNumId w:val="6"/>
  </w:num>
  <w:num w:numId="3" w16cid:durableId="584538161">
    <w:abstractNumId w:val="5"/>
  </w:num>
  <w:num w:numId="4" w16cid:durableId="623923886">
    <w:abstractNumId w:val="4"/>
  </w:num>
  <w:num w:numId="5" w16cid:durableId="27805886">
    <w:abstractNumId w:val="7"/>
  </w:num>
  <w:num w:numId="6" w16cid:durableId="740325550">
    <w:abstractNumId w:val="3"/>
  </w:num>
  <w:num w:numId="7" w16cid:durableId="200016984">
    <w:abstractNumId w:val="2"/>
  </w:num>
  <w:num w:numId="8" w16cid:durableId="2039042626">
    <w:abstractNumId w:val="1"/>
  </w:num>
  <w:num w:numId="9" w16cid:durableId="1873953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30CF"/>
    <w:rsid w:val="00034616"/>
    <w:rsid w:val="0006063C"/>
    <w:rsid w:val="0015074B"/>
    <w:rsid w:val="0029639D"/>
    <w:rsid w:val="00326F90"/>
    <w:rsid w:val="003E3C5B"/>
    <w:rsid w:val="004058E9"/>
    <w:rsid w:val="005708F0"/>
    <w:rsid w:val="0063280B"/>
    <w:rsid w:val="009D0420"/>
    <w:rsid w:val="00A5124C"/>
    <w:rsid w:val="00AA1D8D"/>
    <w:rsid w:val="00B47730"/>
    <w:rsid w:val="00CB0664"/>
    <w:rsid w:val="00F47A5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7D3008"/>
  <w14:defaultImageDpi w14:val="300"/>
  <w15:docId w15:val="{C8C6BEE0-A0FB-4E1C-84E0-547CDD19F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260</Words>
  <Characters>1483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Holli Bennet</cp:lastModifiedBy>
  <cp:revision>4</cp:revision>
  <dcterms:created xsi:type="dcterms:W3CDTF">2026-08-26T13:39:00Z</dcterms:created>
  <dcterms:modified xsi:type="dcterms:W3CDTF">2026-08-26T14:42:00Z</dcterms:modified>
  <cp:category/>
</cp:coreProperties>
</file>